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color w:val="46505F"/>
          <w:sz w:val="20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09360" cy="180086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120"/>
        <w:jc w:val="center"/>
        <w:rPr/>
      </w:pPr>
      <w:r>
        <w:rPr>
          <w:b/>
          <w:color w:val="1B365D"/>
          <w:sz w:val="32"/>
        </w:rPr>
        <w:t>RICHIESTA DI SCAMBIO TURNO DI SERVIZIO</w:t>
      </w:r>
    </w:p>
    <w:p>
      <w:pPr>
        <w:pStyle w:val="Normal"/>
        <w:spacing w:before="0" w:after="400"/>
        <w:jc w:val="center"/>
        <w:rPr/>
      </w:pPr>
      <w:r>
        <w:rPr>
          <w:i/>
          <w:color w:val="46505F"/>
          <w:sz w:val="20"/>
        </w:rPr>
        <w:t>(Personale A.T.A. - Assistenti Amministrativi / Assistenti Tecnici / Collaboratori Scolastici)</w:t>
      </w:r>
    </w:p>
    <w:p>
      <w:pPr>
        <w:pStyle w:val="Normal"/>
        <w:spacing w:lineRule="auto" w:line="276" w:before="0" w:after="320"/>
        <w:jc w:val="right"/>
        <w:rPr/>
      </w:pPr>
      <w:r>
        <w:rPr>
          <w:b/>
          <w:sz w:val="22"/>
        </w:rPr>
        <w:t>Al DSGA</w:t>
        <w:br/>
        <w:t>Sede</w:t>
      </w:r>
    </w:p>
    <w:p>
      <w:pPr>
        <w:pStyle w:val="Normal"/>
        <w:spacing w:before="200" w:after="160"/>
        <w:rPr/>
      </w:pPr>
      <w:r>
        <w:rPr>
          <w:b/>
          <w:color w:val="1B365D"/>
          <w:sz w:val="22"/>
        </w:rPr>
        <w:t>1. DIPENDENTE RICHIEDENTE</w:t>
      </w:r>
    </w:p>
    <w:p>
      <w:pPr>
        <w:pStyle w:val="Normal"/>
        <w:spacing w:lineRule="auto" w:line="312" w:before="0" w:after="280"/>
        <w:rPr/>
      </w:pPr>
      <w:r>
        <w:rPr>
          <w:b/>
        </w:rPr>
        <w:t xml:space="preserve">Il/La sottoscritto/a: </w:t>
      </w:r>
      <w:r>
        <w:rPr/>
        <w:t>_____________________________________________________</w:t>
        <w:br/>
      </w:r>
      <w:r>
        <w:rPr>
          <w:b/>
        </w:rPr>
        <w:t xml:space="preserve">Profilo Professionale: </w:t>
      </w:r>
      <w:r>
        <w:rPr/>
        <w:t>[  ] Assistente Amministrativo    [  ] Assistente Tecnico    [  ] Collaboratore Scolastico</w:t>
        <w:br/>
      </w:r>
      <w:r>
        <w:rPr>
          <w:b/>
        </w:rPr>
        <w:t xml:space="preserve">Plesso / Sede di servizio: </w:t>
      </w:r>
      <w:r>
        <w:rPr/>
        <w:t>__________________________________________________</w:t>
      </w:r>
    </w:p>
    <w:p>
      <w:pPr>
        <w:pStyle w:val="Normal"/>
        <w:spacing w:before="200" w:after="160"/>
        <w:rPr/>
      </w:pPr>
      <w:r>
        <w:rPr>
          <w:b/>
          <w:color w:val="1B365D"/>
          <w:sz w:val="22"/>
        </w:rPr>
        <w:t>2. DIPENDENTE SOSTITUTO (AFFERMANTE / ACCETTANTE)</w:t>
      </w:r>
    </w:p>
    <w:p>
      <w:pPr>
        <w:pStyle w:val="Normal"/>
        <w:spacing w:lineRule="auto" w:line="312" w:before="0" w:after="320"/>
        <w:rPr/>
      </w:pPr>
      <w:r>
        <w:rPr>
          <w:b/>
        </w:rPr>
        <w:t xml:space="preserve">E il/la sottoscritto/a: </w:t>
      </w:r>
      <w:r>
        <w:rPr/>
        <w:t>___________________________________________________</w:t>
        <w:br/>
      </w:r>
      <w:r>
        <w:rPr>
          <w:b/>
        </w:rPr>
        <w:t xml:space="preserve">Profilo Professionale: </w:t>
      </w:r>
      <w:r>
        <w:rPr/>
        <w:t>[  ] Assistente Amministrativo    [  ] Assistente Tecnico    [  ] Collaboratore Scolastico</w:t>
        <w:br/>
      </w:r>
      <w:r>
        <w:rPr>
          <w:b/>
        </w:rPr>
        <w:t xml:space="preserve">Plesso / Sede di servizio: </w:t>
      </w:r>
      <w:r>
        <w:rPr/>
        <w:t>__________________________________________________</w:t>
      </w:r>
    </w:p>
    <w:p>
      <w:pPr>
        <w:pStyle w:val="Normal"/>
        <w:spacing w:before="0" w:after="240"/>
        <w:rPr/>
      </w:pPr>
      <w:r>
        <w:rPr>
          <w:b/>
        </w:rPr>
        <w:t>CHIEDONO</w:t>
      </w:r>
      <w:r>
        <w:rPr/>
        <w:t xml:space="preserve"> la autorizzazione ad effettuare uno scambio consensuale di turno di lavoro come di seguito specificato:</w:t>
      </w:r>
    </w:p>
    <w:tbl>
      <w:tblPr>
        <w:tblW w:w="9936" w:type="dxa"/>
        <w:jc w:val="center"/>
        <w:tblInd w:w="0" w:type="dxa"/>
        <w:tblLayout w:type="fixed"/>
        <w:tblCellMar>
          <w:top w:w="120" w:type="dxa"/>
          <w:left w:w="100" w:type="dxa"/>
          <w:bottom w:w="120" w:type="dxa"/>
          <w:right w:w="100" w:type="dxa"/>
        </w:tblCellMar>
        <w:tblLook w:firstRow="1" w:noVBand="1" w:lastRow="0" w:firstColumn="1" w:lastColumn="0" w:noHBand="0" w:val="04a0"/>
      </w:tblPr>
      <w:tblGrid>
        <w:gridCol w:w="3312"/>
        <w:gridCol w:w="3312"/>
        <w:gridCol w:w="3312"/>
      </w:tblGrid>
      <w:tr>
        <w:trPr/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1B365D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Dettaglio</w:t>
            </w:r>
          </w:p>
        </w:tc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1B365D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Turno Originario</w:t>
            </w:r>
          </w:p>
        </w:tc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1B365D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/>
                <w:color w:val="FFFFFF"/>
                <w:sz w:val="20"/>
              </w:rPr>
              <w:t>Turno Proposto (Scambio)</w:t>
            </w:r>
          </w:p>
        </w:tc>
      </w:tr>
      <w:tr>
        <w:trPr/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FFFFFF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/>
              </w:rPr>
              <w:t>Richiedente</w:t>
              <w:br/>
              <w:t>(Primo Dipendente)</w:t>
            </w:r>
          </w:p>
        </w:tc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F8F9FA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Data: ____/____/________</w:t>
              <w:br/>
              <w:t>Orario: dalle ______ alle ______</w:t>
            </w:r>
          </w:p>
        </w:tc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F8F9FA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Data: ____/____/________</w:t>
              <w:br/>
              <w:t>Orario: dalle ______ alle ______</w:t>
            </w:r>
          </w:p>
        </w:tc>
      </w:tr>
      <w:tr>
        <w:trPr/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FFFFFF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>
                <w:b/>
              </w:rPr>
              <w:t>Sostituto</w:t>
              <w:br/>
              <w:t>(Secondo Dipendente)</w:t>
            </w:r>
          </w:p>
        </w:tc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F8F9FA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Data: ____/____/________</w:t>
              <w:br/>
              <w:t>Orario: dalle ______ alle ______</w:t>
            </w:r>
          </w:p>
        </w:tc>
        <w:tc>
          <w:tcPr>
            <w:tcW w:w="3312" w:type="dxa"/>
            <w:tcBorders>
              <w:top w:val="single" w:sz="4" w:space="0" w:color="B0C4DE"/>
              <w:bottom w:val="single" w:sz="4" w:space="0" w:color="B0C4DE"/>
            </w:tcBorders>
            <w:shd w:fill="F8F9FA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Data: ____/____/________</w:t>
              <w:br/>
              <w:t>Orario: dalle ______ alle ______</w:t>
            </w:r>
          </w:p>
        </w:tc>
      </w:tr>
    </w:tbl>
    <w:p>
      <w:pPr>
        <w:pStyle w:val="Normal"/>
        <w:spacing w:lineRule="auto" w:line="288" w:before="280" w:after="200"/>
        <w:rPr/>
      </w:pPr>
      <w:r>
        <w:rPr>
          <w:b/>
        </w:rPr>
        <w:t>Motivazione della richiesta: __________________________________________________________________________________________</w:t>
      </w:r>
    </w:p>
    <w:p>
      <w:pPr>
        <w:pStyle w:val="Normal"/>
        <w:spacing w:lineRule="auto" w:line="288" w:before="280" w:after="200"/>
        <w:rPr/>
      </w:pPr>
      <w:r>
        <w:rPr/>
        <w:br/>
        <w:t>__________________________________________________________________________________________</w:t>
      </w:r>
    </w:p>
    <w:p>
      <w:pPr>
        <w:pStyle w:val="Normal"/>
        <w:spacing w:lineRule="auto" w:line="276" w:before="120" w:after="400"/>
        <w:rPr/>
      </w:pPr>
      <w:r>
        <w:rPr>
          <w:color w:val="46505F"/>
          <w:sz w:val="19"/>
        </w:rPr>
        <w:t>I sottoscritti dichiarano che lo scambio non comporta alcun elemento di discontinuità o pregiudizio al regolare svolgimento del servizio scolastico e alla copertura delle attività programmate.</w:t>
      </w:r>
    </w:p>
    <w:tbl>
      <w:tblPr>
        <w:tblW w:w="993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68"/>
        <w:gridCol w:w="4967"/>
      </w:tblGrid>
      <w:tr>
        <w:trPr/>
        <w:tc>
          <w:tcPr>
            <w:tcW w:w="4968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0"/>
              </w:rPr>
              <w:t>Data: ____/____/________</w:t>
            </w:r>
          </w:p>
        </w:tc>
        <w:tc>
          <w:tcPr>
            <w:tcW w:w="4967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0"/>
              </w:rPr>
              <w:t>Data: ____/____/________</w:t>
            </w:r>
          </w:p>
        </w:tc>
      </w:tr>
      <w:tr>
        <w:trPr/>
        <w:tc>
          <w:tcPr>
            <w:tcW w:w="4968" w:type="dxa"/>
            <w:tcBorders/>
          </w:tcPr>
          <w:p>
            <w:pPr>
              <w:pStyle w:val="Normal"/>
              <w:widowControl w:val="false"/>
              <w:spacing w:before="240" w:after="200"/>
              <w:jc w:val="center"/>
              <w:rPr/>
            </w:pPr>
            <w:r>
              <w:rPr>
                <w:b/>
              </w:rPr>
              <w:t>Firma Dipendente Richiedente</w:t>
              <w:br/>
              <w:br/>
              <w:t>__________________________________</w:t>
            </w:r>
          </w:p>
        </w:tc>
        <w:tc>
          <w:tcPr>
            <w:tcW w:w="4967" w:type="dxa"/>
            <w:tcBorders/>
          </w:tcPr>
          <w:p>
            <w:pPr>
              <w:pStyle w:val="Normal"/>
              <w:widowControl w:val="false"/>
              <w:spacing w:before="240" w:after="200"/>
              <w:jc w:val="center"/>
              <w:rPr/>
            </w:pPr>
            <w:r>
              <w:rPr>
                <w:b/>
              </w:rPr>
              <w:t>Firma Dipendente Sostituto</w:t>
              <w:br/>
              <w:br/>
              <w:t>__________________________________</w:t>
            </w:r>
          </w:p>
        </w:tc>
      </w:tr>
    </w:tbl>
    <w:p>
      <w:pPr>
        <w:pStyle w:val="Normal"/>
        <w:spacing w:before="480" w:after="120"/>
        <w:rPr/>
      </w:pPr>
      <w:r>
        <w:rPr>
          <w:b/>
          <w:color w:val="1B365D"/>
          <w:sz w:val="20"/>
        </w:rPr>
        <w:t>SPAZIO RISERVATO ALL'AMMINISTRAZIONE</w:t>
      </w:r>
    </w:p>
    <w:tbl>
      <w:tblPr>
        <w:tblW w:w="9936" w:type="dxa"/>
        <w:jc w:val="center"/>
        <w:tblInd w:w="0" w:type="dxa"/>
        <w:tblLayout w:type="fixed"/>
        <w:tblCellMar>
          <w:top w:w="140" w:type="dxa"/>
          <w:left w:w="150" w:type="dxa"/>
          <w:bottom w:w="140" w:type="dxa"/>
          <w:right w:w="150" w:type="dxa"/>
        </w:tblCellMar>
        <w:tblLook w:firstRow="1" w:noVBand="1" w:lastRow="0" w:firstColumn="1" w:lastColumn="0" w:noHBand="0" w:val="04a0"/>
      </w:tblPr>
      <w:tblGrid>
        <w:gridCol w:w="9936"/>
      </w:tblGrid>
      <w:tr>
        <w:trPr/>
        <w:tc>
          <w:tcPr>
            <w:tcW w:w="9936" w:type="dxa"/>
            <w:tcBorders>
              <w:top w:val="single" w:sz="6" w:space="0" w:color="1B365D"/>
              <w:left w:val="single" w:sz="6" w:space="0" w:color="1B365D"/>
              <w:bottom w:val="single" w:sz="6" w:space="0" w:color="1B365D"/>
              <w:right w:val="single" w:sz="6" w:space="0" w:color="1B365D"/>
            </w:tcBorders>
            <w:shd w:fill="FAFAFA"/>
          </w:tcPr>
          <w:p>
            <w:pPr>
              <w:pStyle w:val="Normal"/>
              <w:widowControl w:val="false"/>
              <w:spacing w:lineRule="auto" w:line="300"/>
              <w:rPr/>
            </w:pPr>
            <w:r>
              <w:rPr>
                <w:b/>
              </w:rPr>
              <w:t xml:space="preserve">[  ]  VISTO del DSGA: </w:t>
            </w:r>
            <w:r>
              <w:rPr/>
              <w:t>Si esprime parere  [  ] Favorevole    [  ] Non favorevole</w:t>
              <w:br/>
              <w:t>Note DSGA: _________________________________________________________________________</w:t>
              <w:br/>
              <w:br/>
            </w:r>
            <w:r>
              <w:rPr>
                <w:b/>
              </w:rPr>
              <w:t>[  ]  PROVVEDIMENTO del Dirigente Scolastico:</w:t>
              <w:br/>
            </w:r>
            <w:r>
              <w:rPr/>
              <w:t xml:space="preserve">       [  ]  AUTORIZZATO            [  ]  NON AUTORIZZATO</w:t>
              <w:br/>
              <w:br/>
              <w:t>Data: ____/____/________</w:t>
            </w:r>
          </w:p>
          <w:p>
            <w:pPr>
              <w:pStyle w:val="Normal"/>
              <w:widowControl w:val="false"/>
              <w:spacing w:lineRule="auto" w:line="300"/>
              <w:jc w:val="right"/>
              <w:rPr/>
            </w:pPr>
            <w:r>
              <w:rPr/>
              <w:t xml:space="preserve">                      </w:t>
            </w:r>
            <w:r>
              <w:rPr/>
              <w:t>Firma del Dirigente Scolastico / DSGA</w:t>
            </w:r>
          </w:p>
          <w:p>
            <w:pPr>
              <w:pStyle w:val="Normal"/>
              <w:widowControl w:val="false"/>
              <w:spacing w:lineRule="auto" w:line="300" w:before="0" w:after="200"/>
              <w:jc w:val="right"/>
              <w:rPr/>
            </w:pPr>
            <w:r>
              <w:rPr/>
              <w:br/>
              <w:t xml:space="preserve">                                                             _________________________________________</w:t>
            </w:r>
          </w:p>
        </w:tc>
      </w:tr>
    </w:tbl>
    <w:sectPr>
      <w:type w:val="nextPage"/>
      <w:pgSz w:w="12240" w:h="15840"/>
      <w:pgMar w:left="1152" w:right="1152" w:gutter="0" w:header="0" w:top="1152" w:footer="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Dati588_DocentiInterni.dbo.Foglio1$"/>
  </w:mailMerge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libri" w:hAnsi="Calibri" w:eastAsia="ＭＳ 明朝" w:cs=""/>
      <w:color w:val="212529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Elenco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Elenco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LibreOffice/7.3.2.2$Windows_X86_64 LibreOffice_project/49f2b1bff42cfccbd8f788c8dc32c1c309559be0</Application>
  <AppVersion>15.0000</AppVersion>
  <Pages>2</Pages>
  <Words>218</Words>
  <Characters>1941</Characters>
  <CharactersWithSpaces>2270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2026-10-12T17:10:28Z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